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D143" w14:textId="65AC5F96" w:rsidR="00D64863" w:rsidRPr="000E052D" w:rsidRDefault="009810FA" w:rsidP="00776FF0">
      <w:pPr>
        <w:pStyle w:val="Ttulo1"/>
        <w:jc w:val="center"/>
        <w:rPr>
          <w:lang w:val="pt-BR"/>
        </w:rPr>
      </w:pPr>
      <w:r w:rsidRPr="000E052D">
        <w:rPr>
          <w:lang w:val="pt-BR"/>
        </w:rPr>
        <w:t>CHECKLIST RÁPIDO PARA ESTUDANTES CONCLUINTES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6"/>
        <w:gridCol w:w="1296"/>
      </w:tblGrid>
      <w:tr w:rsidR="00D64863" w:rsidRPr="000E052D" w14:paraId="15B361A6" w14:textId="77777777" w:rsidTr="00776FF0">
        <w:trPr>
          <w:tblHeader/>
          <w:jc w:val="center"/>
        </w:trPr>
        <w:tc>
          <w:tcPr>
            <w:tcW w:w="8496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3ECD4" w14:textId="77777777" w:rsidR="00D64863" w:rsidRPr="000E052D" w:rsidRDefault="007265C3" w:rsidP="000E052D">
            <w:pPr>
              <w:jc w:val="both"/>
              <w:rPr>
                <w:lang w:val="pt-BR"/>
              </w:rPr>
            </w:pPr>
            <w:r w:rsidRPr="000E052D">
              <w:rPr>
                <w:b/>
                <w:color w:val="FFFFFF"/>
                <w:sz w:val="17"/>
                <w:lang w:val="pt-BR"/>
              </w:rPr>
              <w:t>Item</w:t>
            </w:r>
          </w:p>
        </w:tc>
        <w:tc>
          <w:tcPr>
            <w:tcW w:w="1296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53A9" w14:textId="77777777" w:rsidR="00D64863" w:rsidRPr="000E052D" w:rsidRDefault="007265C3" w:rsidP="000E052D">
            <w:pPr>
              <w:jc w:val="both"/>
              <w:rPr>
                <w:lang w:val="pt-BR"/>
              </w:rPr>
            </w:pPr>
            <w:r w:rsidRPr="000E052D">
              <w:rPr>
                <w:b/>
                <w:color w:val="FFFFFF"/>
                <w:sz w:val="17"/>
                <w:lang w:val="pt-BR"/>
              </w:rPr>
              <w:t>Conferência</w:t>
            </w:r>
          </w:p>
        </w:tc>
      </w:tr>
      <w:tr w:rsidR="00D64863" w:rsidRPr="000E052D" w14:paraId="684CD511" w14:textId="77777777" w:rsidTr="00776FF0">
        <w:trPr>
          <w:trHeight w:val="227"/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5DC52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 status no SIGAA está como “formada/o”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20669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21755DC1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6CEBB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Meus dados pessoais estão corretos no SIGAA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5C8CE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7AF60F11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A8391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 nome está igual em todos os documentos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60BF8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12D70CE1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D079F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 CPF está correto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A2FC3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3C8F34E2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5E0B0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Minha naturalidade está informada ou comprovada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9AEAE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6904A31C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C9C9D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 documento de identificação está legível e atualizado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11D0E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3DE07D35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26147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Preferencialmente, meu documento de identificação contém naturalidade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AE783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4924D348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03464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Tenho certificado de conclusão do Ensino Médio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6CDE0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5A26DAD9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A40E2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Tenho certidão de casamento, se houver alteração de nome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7DBC4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62A8327D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69F5C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Tenho declarações atualizadas de “nada consta”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C4ECF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6C016DE6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D6B3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Meus arquivos estão em PDF e legíveis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A8372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26CBB0D8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20752" w14:textId="58DF4E69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Solicitei colação de grau dentro do prazo</w:t>
            </w:r>
            <w:r w:rsidR="00043F41">
              <w:rPr>
                <w:sz w:val="17"/>
                <w:lang w:val="pt-BR"/>
              </w:rPr>
              <w:t xml:space="preserve"> via Requerimento Digital.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F8485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043F41" w:rsidRPr="000E052D" w14:paraId="56430DE9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0CA7C" w14:textId="02C81868" w:rsidR="00043F41" w:rsidRPr="000E052D" w:rsidRDefault="00043F41" w:rsidP="000E052D">
            <w:pPr>
              <w:spacing w:after="0"/>
              <w:jc w:val="both"/>
              <w:rPr>
                <w:sz w:val="17"/>
                <w:lang w:val="pt-BR"/>
              </w:rPr>
            </w:pPr>
            <w:r>
              <w:rPr>
                <w:sz w:val="17"/>
                <w:lang w:val="pt-BR"/>
              </w:rPr>
              <w:t>Informei a modalidade de colação de grau (com solenidade ou gabinete).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4A74D" w14:textId="0D666EB5" w:rsidR="00043F41" w:rsidRPr="000E052D" w:rsidRDefault="00F74B0C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461BD9EA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C0FBB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Solicitei diploma no mesmo requerimento da colação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45ACA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4E47BB" w:rsidRPr="000E052D" w14:paraId="6975FCA1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52413" w14:textId="5B0562D4" w:rsidR="004E47BB" w:rsidRPr="00043F41" w:rsidRDefault="00043F41" w:rsidP="000E052D">
            <w:pPr>
              <w:spacing w:after="0"/>
              <w:jc w:val="both"/>
              <w:rPr>
                <w:sz w:val="17"/>
                <w:lang w:val="pt-BR"/>
              </w:rPr>
            </w:pPr>
            <w:r w:rsidRPr="00043F41">
              <w:rPr>
                <w:sz w:val="17"/>
                <w:lang w:val="pt-BR"/>
              </w:rPr>
              <w:t>Solicitei, se necessário, o Certificado de Conclusão de Curso juntamente com o requerimento de colação de grau.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5D701" w14:textId="3E2248A9" w:rsidR="004E47BB" w:rsidRPr="000E052D" w:rsidRDefault="004E47BB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0CBC313D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3BA61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Optei por nome social e conferi como desejo que conste no diploma, quando aplicável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1E2F3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46B913A9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34929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Indiquei urgência, se for o caso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A91D3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1AFCD6CE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4033A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Anexei comprovação da urgência, se for o caso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C90D3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541640B8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962E4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Informei data limite para apresentação do diploma, se houver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3BEA9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043F41" w:rsidRPr="000E052D" w14:paraId="04C134C0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21843" w14:textId="23DB48DB" w:rsidR="00043F41" w:rsidRPr="000E052D" w:rsidRDefault="00043F41" w:rsidP="000E052D">
            <w:pPr>
              <w:spacing w:after="0"/>
              <w:jc w:val="both"/>
              <w:rPr>
                <w:sz w:val="17"/>
                <w:lang w:val="pt-BR"/>
              </w:rPr>
            </w:pPr>
            <w:r>
              <w:rPr>
                <w:sz w:val="17"/>
                <w:lang w:val="pt-BR"/>
              </w:rPr>
              <w:t>Estou ciente que a data limite é só para ciência dos setores envolvidos na diplomação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99189" w14:textId="2DB1D359" w:rsidR="00043F41" w:rsidRPr="000E052D" w:rsidRDefault="00F74B0C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F74B0C" w:rsidRPr="000E052D" w14:paraId="2CC7B9BD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B0063" w14:textId="3C6FF815" w:rsidR="00F74B0C" w:rsidRPr="00F74B0C" w:rsidRDefault="00F74B0C" w:rsidP="000E052D">
            <w:pPr>
              <w:spacing w:after="0"/>
              <w:jc w:val="both"/>
              <w:rPr>
                <w:sz w:val="17"/>
                <w:lang w:val="pt-BR"/>
              </w:rPr>
            </w:pPr>
            <w:r w:rsidRPr="00F74B0C">
              <w:rPr>
                <w:sz w:val="17"/>
                <w:lang w:val="pt-BR"/>
              </w:rPr>
              <w:t>Estou ciente de que o pedido de emissão do diploma em regime de urgência será analisado pelo Setor de Diplomas e Certificados (SDC), com base na documentação comprobatória apresentada.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AC802" w14:textId="1A05BCA6" w:rsidR="00F74B0C" w:rsidRPr="000E052D" w:rsidRDefault="00F74B0C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F74B0C" w:rsidRPr="000E052D" w14:paraId="0E6601F4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2A2C8" w14:textId="69DE0991" w:rsidR="00F74B0C" w:rsidRPr="00F74B0C" w:rsidRDefault="00F74B0C" w:rsidP="000E052D">
            <w:pPr>
              <w:spacing w:after="0"/>
              <w:jc w:val="both"/>
              <w:rPr>
                <w:sz w:val="17"/>
                <w:lang w:val="pt-BR"/>
              </w:rPr>
            </w:pPr>
            <w:r w:rsidRPr="00F74B0C">
              <w:rPr>
                <w:sz w:val="17"/>
                <w:lang w:val="pt-BR"/>
              </w:rPr>
              <w:t>Estou ciente de que pedidos de urgência apresentados sem documentação comprobatória não serão analisados.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BCA8A" w14:textId="6922F26F" w:rsidR="00F74B0C" w:rsidRPr="000E052D" w:rsidRDefault="00F74B0C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F74B0C" w:rsidRPr="000E052D" w14:paraId="6CB66D29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4200E" w14:textId="684AAB61" w:rsidR="00F74B0C" w:rsidRPr="00F74B0C" w:rsidRDefault="00F74B0C" w:rsidP="000E052D">
            <w:pPr>
              <w:spacing w:after="0"/>
              <w:jc w:val="both"/>
              <w:rPr>
                <w:sz w:val="17"/>
                <w:lang w:val="pt-BR"/>
              </w:rPr>
            </w:pPr>
            <w:r w:rsidRPr="00F74B0C">
              <w:rPr>
                <w:sz w:val="17"/>
                <w:lang w:val="pt-BR"/>
              </w:rPr>
              <w:t>Estou ciente de que o deferimento do pedido pelo SDC garante a tramitação prioritária e célere do processo de emissão do diploma, mas não assegura a disponibilização do diploma na data indicada no requerimento.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E78A0" w14:textId="7CBB8D1F" w:rsidR="00F74B0C" w:rsidRPr="000E052D" w:rsidRDefault="00F74B0C" w:rsidP="009810FA">
            <w:pPr>
              <w:spacing w:after="0"/>
              <w:jc w:val="center"/>
              <w:rPr>
                <w:sz w:val="17"/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  <w:tr w:rsidR="00D64863" w:rsidRPr="000E052D" w14:paraId="1D05EA50" w14:textId="77777777" w:rsidTr="00776FF0">
        <w:trPr>
          <w:jc w:val="center"/>
        </w:trPr>
        <w:tc>
          <w:tcPr>
            <w:tcW w:w="84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DBF43" w14:textId="77777777" w:rsidR="00D64863" w:rsidRPr="000E052D" w:rsidRDefault="007265C3" w:rsidP="000E052D">
            <w:pPr>
              <w:spacing w:after="0"/>
              <w:jc w:val="both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Acompanhei a tramitação pelos canais oficiais</w:t>
            </w:r>
          </w:p>
        </w:tc>
        <w:tc>
          <w:tcPr>
            <w:tcW w:w="129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F672D" w14:textId="77777777" w:rsidR="00D64863" w:rsidRPr="000E052D" w:rsidRDefault="007265C3" w:rsidP="009810FA">
            <w:pPr>
              <w:spacing w:after="0"/>
              <w:jc w:val="center"/>
              <w:rPr>
                <w:lang w:val="pt-BR"/>
              </w:rPr>
            </w:pPr>
            <w:r w:rsidRPr="000E052D">
              <w:rPr>
                <w:sz w:val="17"/>
                <w:lang w:val="pt-BR"/>
              </w:rPr>
              <w:t>☐</w:t>
            </w:r>
          </w:p>
        </w:tc>
      </w:tr>
    </w:tbl>
    <w:p w14:paraId="06FAC50D" w14:textId="77777777" w:rsidR="00D64863" w:rsidRDefault="00D64863" w:rsidP="000E052D">
      <w:pPr>
        <w:jc w:val="both"/>
        <w:rPr>
          <w:lang w:val="pt-BR"/>
        </w:rPr>
      </w:pPr>
    </w:p>
    <w:p w14:paraId="6C4099C4" w14:textId="77777777" w:rsidR="006A4091" w:rsidRPr="000E052D" w:rsidRDefault="006A4091" w:rsidP="000E052D">
      <w:pPr>
        <w:jc w:val="both"/>
        <w:rPr>
          <w:lang w:val="pt-BR"/>
        </w:rPr>
      </w:pPr>
    </w:p>
    <w:sectPr w:rsidR="006A4091" w:rsidRPr="000E052D" w:rsidSect="00776FF0">
      <w:headerReference w:type="default" r:id="rId8"/>
      <w:footerReference w:type="default" r:id="rId9"/>
      <w:pgSz w:w="12240" w:h="15840"/>
      <w:pgMar w:top="709" w:right="1080" w:bottom="936" w:left="1080" w:header="73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CEA2" w14:textId="77777777" w:rsidR="00BC16DB" w:rsidRDefault="00BC16DB">
      <w:pPr>
        <w:spacing w:after="0" w:line="240" w:lineRule="auto"/>
      </w:pPr>
      <w:r>
        <w:separator/>
      </w:r>
    </w:p>
  </w:endnote>
  <w:endnote w:type="continuationSeparator" w:id="0">
    <w:p w14:paraId="083AFC55" w14:textId="77777777" w:rsidR="00BC16DB" w:rsidRDefault="00BC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4EA7" w14:textId="77777777" w:rsidR="000E052D" w:rsidRPr="000E052D" w:rsidRDefault="000E052D" w:rsidP="000E052D">
    <w:pPr>
      <w:pBdr>
        <w:top w:val="single" w:sz="4" w:space="1" w:color="auto"/>
      </w:pBdr>
      <w:tabs>
        <w:tab w:val="left" w:pos="4610"/>
        <w:tab w:val="center" w:pos="5040"/>
      </w:tabs>
      <w:spacing w:after="0"/>
      <w:jc w:val="center"/>
      <w:rPr>
        <w:rFonts w:ascii="Calibri" w:hAnsi="Calibri"/>
        <w:sz w:val="14"/>
        <w:szCs w:val="14"/>
        <w:lang w:val="pt-BR"/>
      </w:rPr>
    </w:pPr>
    <w:r w:rsidRPr="000E052D">
      <w:rPr>
        <w:rFonts w:ascii="Calibri" w:hAnsi="Calibri"/>
        <w:b/>
        <w:sz w:val="14"/>
        <w:szCs w:val="14"/>
        <w:lang w:val="pt-BR"/>
      </w:rPr>
      <w:t>Setor de Diplomas e Certificados – DPA/PROGEAC</w:t>
    </w:r>
  </w:p>
  <w:p w14:paraId="7F07390D" w14:textId="77777777" w:rsidR="000E052D" w:rsidRPr="000E052D" w:rsidRDefault="000E052D" w:rsidP="000E052D">
    <w:pPr>
      <w:spacing w:after="0"/>
      <w:jc w:val="center"/>
      <w:rPr>
        <w:rFonts w:ascii="Calibri" w:hAnsi="Calibri"/>
        <w:sz w:val="14"/>
        <w:szCs w:val="14"/>
        <w:lang w:val="pt-BR"/>
      </w:rPr>
    </w:pPr>
    <w:r w:rsidRPr="000E052D">
      <w:rPr>
        <w:rFonts w:ascii="Calibri" w:hAnsi="Calibri"/>
        <w:sz w:val="14"/>
        <w:szCs w:val="14"/>
        <w:lang w:val="pt-BR"/>
      </w:rPr>
      <w:t>Praça José Bastos, s/n, Centro, Itabuna/BA, CEP 45.600-923</w:t>
    </w:r>
  </w:p>
  <w:p w14:paraId="5324A680" w14:textId="77777777" w:rsidR="000E052D" w:rsidRPr="000E052D" w:rsidRDefault="000E052D" w:rsidP="000E052D">
    <w:pPr>
      <w:spacing w:after="0"/>
      <w:jc w:val="center"/>
      <w:rPr>
        <w:rFonts w:ascii="Calibri" w:hAnsi="Calibri"/>
        <w:sz w:val="14"/>
        <w:szCs w:val="20"/>
        <w:lang w:val="pt-BR"/>
      </w:rPr>
    </w:pPr>
    <w:r w:rsidRPr="000E052D">
      <w:rPr>
        <w:rFonts w:ascii="Calibri" w:hAnsi="Calibri"/>
        <w:sz w:val="14"/>
        <w:szCs w:val="20"/>
        <w:lang w:val="pt-BR"/>
      </w:rPr>
      <w:t>www.ufsb.edu.br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D5AB" w14:textId="77777777" w:rsidR="00BC16DB" w:rsidRDefault="00BC16DB">
      <w:pPr>
        <w:spacing w:after="0" w:line="240" w:lineRule="auto"/>
      </w:pPr>
      <w:r>
        <w:separator/>
      </w:r>
    </w:p>
  </w:footnote>
  <w:footnote w:type="continuationSeparator" w:id="0">
    <w:p w14:paraId="267BDD1C" w14:textId="77777777" w:rsidR="00BC16DB" w:rsidRDefault="00BC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B777" w14:textId="77777777" w:rsidR="00D64863" w:rsidRPr="000E052D" w:rsidRDefault="007265C3">
    <w:pPr>
      <w:pStyle w:val="Cabealho"/>
      <w:jc w:val="center"/>
      <w:rPr>
        <w:rFonts w:ascii="Arial" w:hAnsi="Arial" w:cs="Arial"/>
        <w:lang w:val="pt-BR"/>
      </w:rPr>
    </w:pPr>
    <w:r w:rsidRPr="000E052D">
      <w:rPr>
        <w:rFonts w:ascii="Arial" w:hAnsi="Arial" w:cs="Arial"/>
        <w:color w:val="595959"/>
        <w:sz w:val="16"/>
        <w:lang w:val="pt-BR"/>
      </w:rPr>
      <w:t>FAQ | Colação de Grau, Certificado e Diploma Digital — SDC/DPA/PROGEAC/UFSB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EA282EE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E2176"/>
    <w:multiLevelType w:val="hybridMultilevel"/>
    <w:tmpl w:val="C71C04F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0A2183"/>
    <w:multiLevelType w:val="hybridMultilevel"/>
    <w:tmpl w:val="D026EC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E3C64"/>
    <w:multiLevelType w:val="multilevel"/>
    <w:tmpl w:val="FD5A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01D2C"/>
    <w:multiLevelType w:val="hybridMultilevel"/>
    <w:tmpl w:val="B05656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61296"/>
    <w:multiLevelType w:val="multilevel"/>
    <w:tmpl w:val="7F02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477162">
    <w:abstractNumId w:val="8"/>
  </w:num>
  <w:num w:numId="2" w16cid:durableId="1537081420">
    <w:abstractNumId w:val="6"/>
  </w:num>
  <w:num w:numId="3" w16cid:durableId="1785534104">
    <w:abstractNumId w:val="5"/>
  </w:num>
  <w:num w:numId="4" w16cid:durableId="1436561676">
    <w:abstractNumId w:val="4"/>
  </w:num>
  <w:num w:numId="5" w16cid:durableId="1257208551">
    <w:abstractNumId w:val="7"/>
  </w:num>
  <w:num w:numId="6" w16cid:durableId="2111967054">
    <w:abstractNumId w:val="3"/>
  </w:num>
  <w:num w:numId="7" w16cid:durableId="2004047758">
    <w:abstractNumId w:val="2"/>
  </w:num>
  <w:num w:numId="8" w16cid:durableId="758522163">
    <w:abstractNumId w:val="1"/>
  </w:num>
  <w:num w:numId="9" w16cid:durableId="215970876">
    <w:abstractNumId w:val="0"/>
  </w:num>
  <w:num w:numId="10" w16cid:durableId="410084538">
    <w:abstractNumId w:val="7"/>
  </w:num>
  <w:num w:numId="11" w16cid:durableId="988556994">
    <w:abstractNumId w:val="9"/>
  </w:num>
  <w:num w:numId="12" w16cid:durableId="444932578">
    <w:abstractNumId w:val="7"/>
  </w:num>
  <w:num w:numId="13" w16cid:durableId="6519069">
    <w:abstractNumId w:val="13"/>
  </w:num>
  <w:num w:numId="14" w16cid:durableId="546453777">
    <w:abstractNumId w:val="11"/>
  </w:num>
  <w:num w:numId="15" w16cid:durableId="366298967">
    <w:abstractNumId w:val="10"/>
  </w:num>
  <w:num w:numId="16" w16cid:durableId="5912034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4E"/>
    <w:rsid w:val="00032DCA"/>
    <w:rsid w:val="000332EB"/>
    <w:rsid w:val="00034616"/>
    <w:rsid w:val="00040F53"/>
    <w:rsid w:val="00043F41"/>
    <w:rsid w:val="00053798"/>
    <w:rsid w:val="00057A58"/>
    <w:rsid w:val="0006063C"/>
    <w:rsid w:val="00071E7A"/>
    <w:rsid w:val="000E052D"/>
    <w:rsid w:val="000F0BD8"/>
    <w:rsid w:val="000F2350"/>
    <w:rsid w:val="0011494D"/>
    <w:rsid w:val="0015074B"/>
    <w:rsid w:val="002362DB"/>
    <w:rsid w:val="0025297C"/>
    <w:rsid w:val="002543E9"/>
    <w:rsid w:val="00260C50"/>
    <w:rsid w:val="00273C57"/>
    <w:rsid w:val="00283F53"/>
    <w:rsid w:val="00285C4A"/>
    <w:rsid w:val="0029639D"/>
    <w:rsid w:val="002A1AE9"/>
    <w:rsid w:val="002F64E8"/>
    <w:rsid w:val="00326F90"/>
    <w:rsid w:val="003456ED"/>
    <w:rsid w:val="00351FD8"/>
    <w:rsid w:val="003B0684"/>
    <w:rsid w:val="003E1CD9"/>
    <w:rsid w:val="00471348"/>
    <w:rsid w:val="00486E5F"/>
    <w:rsid w:val="00490F32"/>
    <w:rsid w:val="004A6ADA"/>
    <w:rsid w:val="004C0864"/>
    <w:rsid w:val="004E47BB"/>
    <w:rsid w:val="004E5FA4"/>
    <w:rsid w:val="004F6A1B"/>
    <w:rsid w:val="00525385"/>
    <w:rsid w:val="005C403F"/>
    <w:rsid w:val="005D5C12"/>
    <w:rsid w:val="006037EF"/>
    <w:rsid w:val="00660F50"/>
    <w:rsid w:val="0066392E"/>
    <w:rsid w:val="006A4091"/>
    <w:rsid w:val="006F355A"/>
    <w:rsid w:val="006F727F"/>
    <w:rsid w:val="00702CDD"/>
    <w:rsid w:val="007265C3"/>
    <w:rsid w:val="00766350"/>
    <w:rsid w:val="00776FF0"/>
    <w:rsid w:val="00893D25"/>
    <w:rsid w:val="008B2FAB"/>
    <w:rsid w:val="008E2CC4"/>
    <w:rsid w:val="00925439"/>
    <w:rsid w:val="009810FA"/>
    <w:rsid w:val="009867D2"/>
    <w:rsid w:val="009D6D63"/>
    <w:rsid w:val="00A94E94"/>
    <w:rsid w:val="00AA1D8D"/>
    <w:rsid w:val="00AD1810"/>
    <w:rsid w:val="00B35A63"/>
    <w:rsid w:val="00B47730"/>
    <w:rsid w:val="00B56380"/>
    <w:rsid w:val="00B865F7"/>
    <w:rsid w:val="00B96651"/>
    <w:rsid w:val="00BC16DB"/>
    <w:rsid w:val="00C42BE7"/>
    <w:rsid w:val="00CB0664"/>
    <w:rsid w:val="00CD18E2"/>
    <w:rsid w:val="00D64863"/>
    <w:rsid w:val="00D91569"/>
    <w:rsid w:val="00DC7F16"/>
    <w:rsid w:val="00DE4E9F"/>
    <w:rsid w:val="00DF194B"/>
    <w:rsid w:val="00DF7815"/>
    <w:rsid w:val="00E06A7F"/>
    <w:rsid w:val="00E1681F"/>
    <w:rsid w:val="00E34E66"/>
    <w:rsid w:val="00EC08BF"/>
    <w:rsid w:val="00F06BD3"/>
    <w:rsid w:val="00F37A8A"/>
    <w:rsid w:val="00F550C8"/>
    <w:rsid w:val="00F74B0C"/>
    <w:rsid w:val="00FA06D8"/>
    <w:rsid w:val="00FA4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252721"/>
  <w14:defaultImageDpi w14:val="300"/>
  <w15:docId w15:val="{75ED7635-DDB7-4E9E-AC2A-D63B9FF2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7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3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E1681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16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Rogerio Junior</cp:lastModifiedBy>
  <cp:revision>3</cp:revision>
  <cp:lastPrinted>2026-07-01T14:25:00Z</cp:lastPrinted>
  <dcterms:created xsi:type="dcterms:W3CDTF">2026-07-14T13:57:00Z</dcterms:created>
  <dcterms:modified xsi:type="dcterms:W3CDTF">2026-07-14T13:58:00Z</dcterms:modified>
  <cp:category/>
</cp:coreProperties>
</file>